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DE97" w14:textId="3FCAB658" w:rsidR="000178FD" w:rsidRPr="00ED5E7B" w:rsidRDefault="007471EA" w:rsidP="007471EA">
      <w:pPr>
        <w:keepNext/>
        <w:spacing w:after="60"/>
        <w:rPr>
          <w:rFonts w:ascii="Aptos" w:hAnsi="Aptos"/>
          <w:color w:val="000000" w:themeColor="text1"/>
          <w:sz w:val="18"/>
          <w:szCs w:val="20"/>
        </w:rPr>
      </w:pPr>
      <w:r>
        <w:rPr>
          <w:rFonts w:ascii="Aptos" w:hAnsi="Aptos"/>
          <w:b/>
          <w:color w:val="000000" w:themeColor="text1"/>
          <w:sz w:val="44"/>
          <w:szCs w:val="20"/>
        </w:rPr>
        <w:t xml:space="preserve">IACL </w:t>
      </w:r>
      <w:r w:rsidR="00000000" w:rsidRPr="00ED5E7B">
        <w:rPr>
          <w:rFonts w:ascii="Aptos" w:hAnsi="Aptos"/>
          <w:b/>
          <w:color w:val="000000" w:themeColor="text1"/>
          <w:sz w:val="44"/>
          <w:szCs w:val="20"/>
        </w:rPr>
        <w:t>Consultant curriculum vitae</w:t>
      </w:r>
    </w:p>
    <w:tbl>
      <w:tblPr>
        <w:tblStyle w:val="GridTable4-Accent3"/>
        <w:tblW w:w="9360" w:type="dxa"/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9360"/>
      </w:tblGrid>
      <w:tr w:rsidR="000178FD" w:rsidRPr="00ED5E7B" w14:paraId="203B194B" w14:textId="77777777" w:rsidTr="00ED5E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92D050"/>
          </w:tcPr>
          <w:p w14:paraId="79E529D5" w14:textId="77777777" w:rsidR="000178FD" w:rsidRPr="00ED5E7B" w:rsidRDefault="00000000">
            <w:pPr>
              <w:spacing w:after="40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color w:val="000000" w:themeColor="text1"/>
                <w:sz w:val="18"/>
                <w:szCs w:val="20"/>
              </w:rPr>
              <w:t>Use of this template</w:t>
            </w:r>
          </w:p>
          <w:p w14:paraId="6782CE8E" w14:textId="6D90EBE0" w:rsidR="000178FD" w:rsidRPr="00ED5E7B" w:rsidRDefault="00000000">
            <w:pPr>
              <w:spacing w:after="0" w:line="259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 w:val="0"/>
                <w:color w:val="000000" w:themeColor="text1"/>
                <w:sz w:val="16"/>
                <w:szCs w:val="20"/>
              </w:rPr>
              <w:t xml:space="preserve">Complete one CV for each proposed expert. Tailor the content to the assignment and position, include only relevant experience, and add table rows where needed. </w:t>
            </w:r>
          </w:p>
        </w:tc>
      </w:tr>
    </w:tbl>
    <w:p w14:paraId="164627D1" w14:textId="77777777" w:rsidR="000178FD" w:rsidRPr="00ED5E7B" w:rsidRDefault="000178FD">
      <w:pPr>
        <w:spacing w:after="0"/>
        <w:rPr>
          <w:rFonts w:ascii="Aptos" w:hAnsi="Aptos"/>
          <w:color w:val="000000" w:themeColor="text1"/>
          <w:sz w:val="18"/>
          <w:szCs w:val="20"/>
        </w:rPr>
      </w:pPr>
    </w:p>
    <w:p w14:paraId="1C72410A" w14:textId="075B272C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 xml:space="preserve">1. </w:t>
      </w:r>
      <w:r w:rsidR="00ED5E7B" w:rsidRPr="00ED5E7B">
        <w:rPr>
          <w:rFonts w:ascii="Aptos" w:hAnsi="Aptos"/>
          <w:color w:val="000000" w:themeColor="text1"/>
          <w:sz w:val="24"/>
          <w:szCs w:val="24"/>
        </w:rPr>
        <w:t>Professional summary</w:t>
      </w:r>
    </w:p>
    <w:p w14:paraId="19A30F42" w14:textId="376BD409" w:rsidR="00ED5E7B" w:rsidRPr="007471EA" w:rsidRDefault="00ED5E7B" w:rsidP="00ED5E7B">
      <w:pPr>
        <w:rPr>
          <w:rFonts w:ascii="Aptos" w:hAnsi="Aptos"/>
          <w:i/>
          <w:iCs/>
          <w:color w:val="000000" w:themeColor="text1"/>
          <w:sz w:val="18"/>
          <w:szCs w:val="20"/>
        </w:rPr>
      </w:pPr>
      <w:r w:rsidRPr="007471EA">
        <w:rPr>
          <w:rFonts w:ascii="Aptos" w:hAnsi="Aptos"/>
          <w:i/>
          <w:iCs/>
          <w:color w:val="000000" w:themeColor="text1"/>
          <w:sz w:val="18"/>
          <w:szCs w:val="20"/>
        </w:rPr>
        <w:t>150 words paragraph</w:t>
      </w:r>
    </w:p>
    <w:p w14:paraId="75613A15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2. Education</w:t>
      </w:r>
    </w:p>
    <w:p w14:paraId="2DFE380F" w14:textId="77777777" w:rsidR="000178FD" w:rsidRPr="00ED5E7B" w:rsidRDefault="00000000">
      <w:pPr>
        <w:rPr>
          <w:rFonts w:ascii="Aptos" w:hAnsi="Aptos"/>
          <w:color w:val="000000" w:themeColor="text1"/>
          <w:sz w:val="18"/>
          <w:szCs w:val="20"/>
        </w:rPr>
      </w:pPr>
      <w:r w:rsidRPr="00ED5E7B">
        <w:rPr>
          <w:rFonts w:ascii="Aptos" w:hAnsi="Aptos"/>
          <w:i/>
          <w:color w:val="000000" w:themeColor="text1"/>
          <w:sz w:val="16"/>
          <w:szCs w:val="20"/>
        </w:rPr>
        <w:t>List college, university and specialised education in reverse chronological order. Include attendance dates and qualifications awarded.</w:t>
      </w:r>
    </w:p>
    <w:tbl>
      <w:tblPr>
        <w:tblW w:w="9360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310"/>
        <w:gridCol w:w="3150"/>
      </w:tblGrid>
      <w:tr w:rsidR="000178FD" w:rsidRPr="00ED5E7B" w14:paraId="6CF1BD1A" w14:textId="77777777" w:rsidTr="00ED5E7B">
        <w:trPr>
          <w:tblHeader/>
        </w:trPr>
        <w:tc>
          <w:tcPr>
            <w:tcW w:w="19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B957D1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Period</w:t>
            </w:r>
          </w:p>
        </w:tc>
        <w:tc>
          <w:tcPr>
            <w:tcW w:w="431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6AA18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Institution and country</w:t>
            </w:r>
          </w:p>
        </w:tc>
        <w:tc>
          <w:tcPr>
            <w:tcW w:w="315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EC37F26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Degree, diploma and field</w:t>
            </w:r>
          </w:p>
        </w:tc>
      </w:tr>
      <w:tr w:rsidR="000178FD" w:rsidRPr="00ED5E7B" w14:paraId="723F174D" w14:textId="77777777">
        <w:tc>
          <w:tcPr>
            <w:tcW w:w="1900" w:type="dxa"/>
          </w:tcPr>
          <w:p w14:paraId="10F088A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76B7526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4310" w:type="dxa"/>
          </w:tcPr>
          <w:p w14:paraId="71E0E3D3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[Institution, country]</w:t>
            </w:r>
          </w:p>
          <w:p w14:paraId="5B910EA9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150" w:type="dxa"/>
          </w:tcPr>
          <w:p w14:paraId="66EC50B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[Qualification, field]</w:t>
            </w:r>
          </w:p>
          <w:p w14:paraId="12E18F31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7DB71990" w14:textId="77777777">
        <w:tc>
          <w:tcPr>
            <w:tcW w:w="1900" w:type="dxa"/>
          </w:tcPr>
          <w:p w14:paraId="796DD044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04DBC51B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4310" w:type="dxa"/>
          </w:tcPr>
          <w:p w14:paraId="7E254EC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[Institution, country]</w:t>
            </w:r>
          </w:p>
          <w:p w14:paraId="784C54C6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150" w:type="dxa"/>
          </w:tcPr>
          <w:p w14:paraId="235D358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[Qualification, field]</w:t>
            </w:r>
          </w:p>
          <w:p w14:paraId="49DB50C9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015E8796" w14:textId="77777777">
        <w:tc>
          <w:tcPr>
            <w:tcW w:w="1900" w:type="dxa"/>
          </w:tcPr>
          <w:p w14:paraId="745CB4C0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238F2B4E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4310" w:type="dxa"/>
          </w:tcPr>
          <w:p w14:paraId="467D050F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[Institution, country]</w:t>
            </w:r>
          </w:p>
          <w:p w14:paraId="4537F35B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150" w:type="dxa"/>
          </w:tcPr>
          <w:p w14:paraId="0E7FBAE9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[Qualification, field]</w:t>
            </w:r>
          </w:p>
          <w:p w14:paraId="55322FB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14F6ADF9" w14:textId="77777777">
        <w:tc>
          <w:tcPr>
            <w:tcW w:w="1900" w:type="dxa"/>
          </w:tcPr>
          <w:p w14:paraId="228426C3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42CFD331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4310" w:type="dxa"/>
          </w:tcPr>
          <w:p w14:paraId="39E5E7A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[Institution, country]</w:t>
            </w:r>
          </w:p>
          <w:p w14:paraId="43F53348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150" w:type="dxa"/>
          </w:tcPr>
          <w:p w14:paraId="30BD38C9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[Qualification, field]</w:t>
            </w:r>
          </w:p>
          <w:p w14:paraId="66383283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</w:tbl>
    <w:p w14:paraId="567CEFE3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3. Employment record relevant to the assignment</w:t>
      </w:r>
    </w:p>
    <w:p w14:paraId="120BCDC8" w14:textId="6BEE26E3" w:rsidR="000178FD" w:rsidRPr="00ED5E7B" w:rsidRDefault="00000000">
      <w:pPr>
        <w:rPr>
          <w:rFonts w:ascii="Aptos" w:hAnsi="Aptos"/>
          <w:color w:val="000000" w:themeColor="text1"/>
          <w:sz w:val="18"/>
          <w:szCs w:val="20"/>
        </w:rPr>
      </w:pPr>
      <w:r w:rsidRPr="00ED5E7B">
        <w:rPr>
          <w:rFonts w:ascii="Aptos" w:hAnsi="Aptos"/>
          <w:i/>
          <w:color w:val="000000" w:themeColor="text1"/>
          <w:sz w:val="16"/>
          <w:szCs w:val="20"/>
        </w:rPr>
        <w:t xml:space="preserve">Begin with the present position and work backwards. Include only experience relevant to the </w:t>
      </w:r>
      <w:r w:rsidR="00ED5E7B" w:rsidRPr="00ED5E7B">
        <w:rPr>
          <w:rFonts w:ascii="Aptos" w:hAnsi="Aptos"/>
          <w:i/>
          <w:color w:val="000000" w:themeColor="text1"/>
          <w:sz w:val="16"/>
          <w:szCs w:val="20"/>
        </w:rPr>
        <w:t xml:space="preserve">target </w:t>
      </w:r>
      <w:r w:rsidRPr="00ED5E7B">
        <w:rPr>
          <w:rFonts w:ascii="Aptos" w:hAnsi="Aptos"/>
          <w:i/>
          <w:color w:val="000000" w:themeColor="text1"/>
          <w:sz w:val="16"/>
          <w:szCs w:val="20"/>
        </w:rPr>
        <w:t>assignment. Provide reference contact details for each organisation where possible.</w:t>
      </w:r>
    </w:p>
    <w:tbl>
      <w:tblPr>
        <w:tblW w:w="9360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3240"/>
        <w:gridCol w:w="1050"/>
        <w:gridCol w:w="3720"/>
      </w:tblGrid>
      <w:tr w:rsidR="000178FD" w:rsidRPr="00ED5E7B" w14:paraId="7133B2A9" w14:textId="77777777" w:rsidTr="00ED5E7B">
        <w:trPr>
          <w:tblHeader/>
        </w:trPr>
        <w:tc>
          <w:tcPr>
            <w:tcW w:w="135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E21DDD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Period</w:t>
            </w:r>
          </w:p>
        </w:tc>
        <w:tc>
          <w:tcPr>
            <w:tcW w:w="324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2A0879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Employing organisation, title or position, and reference contact</w:t>
            </w:r>
          </w:p>
        </w:tc>
        <w:tc>
          <w:tcPr>
            <w:tcW w:w="105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37DAF2E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Country</w:t>
            </w:r>
          </w:p>
        </w:tc>
        <w:tc>
          <w:tcPr>
            <w:tcW w:w="372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B6219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Relevant activities performed</w:t>
            </w:r>
          </w:p>
        </w:tc>
      </w:tr>
      <w:tr w:rsidR="000178FD" w:rsidRPr="00ED5E7B" w14:paraId="150E5B0E" w14:textId="77777777">
        <w:tc>
          <w:tcPr>
            <w:tcW w:w="1350" w:type="dxa"/>
          </w:tcPr>
          <w:p w14:paraId="6759F38E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00E179AA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65051186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240" w:type="dxa"/>
          </w:tcPr>
          <w:p w14:paraId="0E7E2650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[Organisation, position, reference name, email and telephone]</w:t>
            </w:r>
          </w:p>
          <w:p w14:paraId="189087D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7BB7B5C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1050" w:type="dxa"/>
          </w:tcPr>
          <w:p w14:paraId="51C513AB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[Country]</w:t>
            </w:r>
          </w:p>
          <w:p w14:paraId="10905D8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0D6054FE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720" w:type="dxa"/>
          </w:tcPr>
          <w:p w14:paraId="43A9450D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[Responsibilities, outputs and results relevant to this assignment]</w:t>
            </w:r>
          </w:p>
          <w:p w14:paraId="4FCAE71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360FBE90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1058E2D8" w14:textId="77777777">
        <w:tc>
          <w:tcPr>
            <w:tcW w:w="1350" w:type="dxa"/>
          </w:tcPr>
          <w:p w14:paraId="62C7D92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27E2F920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97C046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240" w:type="dxa"/>
          </w:tcPr>
          <w:p w14:paraId="35C2FEED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[Organisation, position, reference name, email and telephone]</w:t>
            </w:r>
          </w:p>
          <w:p w14:paraId="14BA937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54B79C4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1050" w:type="dxa"/>
          </w:tcPr>
          <w:p w14:paraId="22F4745E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[Country]</w:t>
            </w:r>
          </w:p>
          <w:p w14:paraId="172102A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6870A07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720" w:type="dxa"/>
          </w:tcPr>
          <w:p w14:paraId="43C87AC6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[Responsibilities, outputs and results relevant to this assignment]</w:t>
            </w:r>
          </w:p>
          <w:p w14:paraId="7D1AE8B3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0C5E150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610EF788" w14:textId="77777777">
        <w:tc>
          <w:tcPr>
            <w:tcW w:w="1350" w:type="dxa"/>
          </w:tcPr>
          <w:p w14:paraId="3D032846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3D2CDAEC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7CD7733C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240" w:type="dxa"/>
          </w:tcPr>
          <w:p w14:paraId="706CCD63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[Organisation, position, reference name, email and telephone]</w:t>
            </w:r>
          </w:p>
          <w:p w14:paraId="1910544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227D6D93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1050" w:type="dxa"/>
          </w:tcPr>
          <w:p w14:paraId="40E1751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[Country]</w:t>
            </w:r>
          </w:p>
          <w:p w14:paraId="2455171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6F64C318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720" w:type="dxa"/>
          </w:tcPr>
          <w:p w14:paraId="079D70D3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[Responsibilities, outputs and results relevant to this assignment]</w:t>
            </w:r>
          </w:p>
          <w:p w14:paraId="3DFE00EE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54767FBA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73358D06" w14:textId="77777777">
        <w:tc>
          <w:tcPr>
            <w:tcW w:w="1350" w:type="dxa"/>
          </w:tcPr>
          <w:p w14:paraId="163B0B01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7221DCBC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181DFB0E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240" w:type="dxa"/>
          </w:tcPr>
          <w:p w14:paraId="51350B25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[Organisation, position, reference name, email and telephone]</w:t>
            </w:r>
          </w:p>
          <w:p w14:paraId="7AF97A1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FCD6A32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1050" w:type="dxa"/>
          </w:tcPr>
          <w:p w14:paraId="166FCFA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[Country]</w:t>
            </w:r>
          </w:p>
          <w:p w14:paraId="5A7E7BE1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1635FB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720" w:type="dxa"/>
          </w:tcPr>
          <w:p w14:paraId="1C5D09A4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[Responsibilities, outputs and results relevant to this assignment]</w:t>
            </w:r>
          </w:p>
          <w:p w14:paraId="38479798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2D8F72D8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1CDAA893" w14:textId="77777777">
        <w:tc>
          <w:tcPr>
            <w:tcW w:w="1350" w:type="dxa"/>
          </w:tcPr>
          <w:p w14:paraId="68702719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3198D71B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F80E54C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240" w:type="dxa"/>
          </w:tcPr>
          <w:p w14:paraId="1EE9812F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[Organisation, position, reference name, email and telephone]</w:t>
            </w:r>
          </w:p>
          <w:p w14:paraId="7F0DA31D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93794D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1050" w:type="dxa"/>
          </w:tcPr>
          <w:p w14:paraId="74558E9C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[Country]</w:t>
            </w:r>
          </w:p>
          <w:p w14:paraId="114CF1B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FE16A1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720" w:type="dxa"/>
          </w:tcPr>
          <w:p w14:paraId="15B0F80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[Responsibilities, outputs and results relevant to this assignment]</w:t>
            </w:r>
          </w:p>
          <w:p w14:paraId="412843C4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40BC8F85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0178FD" w:rsidRPr="00ED5E7B" w14:paraId="2A723F39" w14:textId="77777777">
        <w:tc>
          <w:tcPr>
            <w:tcW w:w="1350" w:type="dxa"/>
          </w:tcPr>
          <w:p w14:paraId="0B81DF4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[From, to]</w:t>
            </w:r>
          </w:p>
          <w:p w14:paraId="105F7266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38B47119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240" w:type="dxa"/>
          </w:tcPr>
          <w:p w14:paraId="7D638ED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[Organisation, position, reference name, email and telephone]</w:t>
            </w:r>
          </w:p>
          <w:p w14:paraId="6F6BC83C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14EDA900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1050" w:type="dxa"/>
          </w:tcPr>
          <w:p w14:paraId="7C791A9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[Country]</w:t>
            </w:r>
          </w:p>
          <w:p w14:paraId="4CFD4E5F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2CB46BC1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  <w:tc>
          <w:tcPr>
            <w:tcW w:w="3720" w:type="dxa"/>
          </w:tcPr>
          <w:p w14:paraId="20968B6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[Responsibilities, outputs and results relevant to this assignment]</w:t>
            </w:r>
          </w:p>
          <w:p w14:paraId="4A6EC26A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162527BD" w14:textId="77777777" w:rsidR="000178FD" w:rsidRPr="00ED5E7B" w:rsidRDefault="000178FD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</w:tbl>
    <w:p w14:paraId="7BF04512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4. Professional associations and publications</w:t>
      </w:r>
    </w:p>
    <w:tbl>
      <w:tblPr>
        <w:tblW w:w="9360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0178FD" w:rsidRPr="00ED5E7B" w14:paraId="15548A84" w14:textId="77777777" w:rsidTr="00ED5E7B">
        <w:tc>
          <w:tcPr>
            <w:tcW w:w="27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96BBCC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Professional associations</w:t>
            </w:r>
          </w:p>
        </w:tc>
        <w:tc>
          <w:tcPr>
            <w:tcW w:w="66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AF6F7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[List relevant memberships, grades and dates]</w:t>
            </w:r>
          </w:p>
        </w:tc>
      </w:tr>
      <w:tr w:rsidR="000178FD" w:rsidRPr="00ED5E7B" w14:paraId="651BD730" w14:textId="77777777" w:rsidTr="007471EA">
        <w:tc>
          <w:tcPr>
            <w:tcW w:w="27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752B2B5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lastRenderedPageBreak/>
              <w:t>Selected publications</w:t>
            </w:r>
          </w:p>
        </w:tc>
        <w:tc>
          <w:tcPr>
            <w:tcW w:w="66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9EB1E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[List relevant publications, reports or professional outputs]</w:t>
            </w:r>
          </w:p>
        </w:tc>
      </w:tr>
    </w:tbl>
    <w:p w14:paraId="781B3855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5. Language skills</w:t>
      </w:r>
    </w:p>
    <w:p w14:paraId="474D044C" w14:textId="77777777" w:rsidR="000178FD" w:rsidRPr="00ED5E7B" w:rsidRDefault="00000000">
      <w:pPr>
        <w:rPr>
          <w:rFonts w:ascii="Aptos" w:hAnsi="Aptos"/>
          <w:color w:val="000000" w:themeColor="text1"/>
          <w:sz w:val="18"/>
          <w:szCs w:val="20"/>
        </w:rPr>
      </w:pPr>
      <w:r w:rsidRPr="00ED5E7B">
        <w:rPr>
          <w:rFonts w:ascii="Aptos" w:hAnsi="Aptos"/>
          <w:i/>
          <w:color w:val="000000" w:themeColor="text1"/>
          <w:sz w:val="16"/>
          <w:szCs w:val="20"/>
        </w:rPr>
        <w:t>List only languages in which the expert can work. Indicate a clear proficiency level for speaking, reading and writing.</w:t>
      </w:r>
    </w:p>
    <w:tbl>
      <w:tblPr>
        <w:tblW w:w="9360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160"/>
        <w:gridCol w:w="2160"/>
        <w:gridCol w:w="2160"/>
      </w:tblGrid>
      <w:tr w:rsidR="000178FD" w:rsidRPr="00ED5E7B" w14:paraId="2E2D058E" w14:textId="77777777" w:rsidTr="00ED5E7B">
        <w:trPr>
          <w:tblHeader/>
        </w:trPr>
        <w:tc>
          <w:tcPr>
            <w:tcW w:w="288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AAB55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Language</w:t>
            </w:r>
          </w:p>
        </w:tc>
        <w:tc>
          <w:tcPr>
            <w:tcW w:w="216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FFBD3B9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Speaking</w:t>
            </w:r>
          </w:p>
        </w:tc>
        <w:tc>
          <w:tcPr>
            <w:tcW w:w="216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F649A1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Reading</w:t>
            </w:r>
          </w:p>
        </w:tc>
        <w:tc>
          <w:tcPr>
            <w:tcW w:w="216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573952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Writing</w:t>
            </w:r>
          </w:p>
        </w:tc>
      </w:tr>
      <w:tr w:rsidR="000178FD" w:rsidRPr="00ED5E7B" w14:paraId="3AC92465" w14:textId="77777777">
        <w:tc>
          <w:tcPr>
            <w:tcW w:w="2880" w:type="dxa"/>
          </w:tcPr>
          <w:p w14:paraId="103AE803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[Language]</w:t>
            </w:r>
          </w:p>
        </w:tc>
        <w:tc>
          <w:tcPr>
            <w:tcW w:w="2160" w:type="dxa"/>
          </w:tcPr>
          <w:p w14:paraId="3EE3833F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392EDEA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5620938B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</w:tr>
      <w:tr w:rsidR="000178FD" w:rsidRPr="00ED5E7B" w14:paraId="23EE65D2" w14:textId="77777777">
        <w:tc>
          <w:tcPr>
            <w:tcW w:w="2880" w:type="dxa"/>
          </w:tcPr>
          <w:p w14:paraId="51861BEB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[Language]</w:t>
            </w:r>
          </w:p>
        </w:tc>
        <w:tc>
          <w:tcPr>
            <w:tcW w:w="2160" w:type="dxa"/>
          </w:tcPr>
          <w:p w14:paraId="20E9EF6C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4992CF09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201D6D14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</w:tr>
      <w:tr w:rsidR="000178FD" w:rsidRPr="00ED5E7B" w14:paraId="44BE8F58" w14:textId="77777777">
        <w:tc>
          <w:tcPr>
            <w:tcW w:w="2880" w:type="dxa"/>
          </w:tcPr>
          <w:p w14:paraId="0BC4DCB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[Language]</w:t>
            </w:r>
          </w:p>
        </w:tc>
        <w:tc>
          <w:tcPr>
            <w:tcW w:w="2160" w:type="dxa"/>
          </w:tcPr>
          <w:p w14:paraId="1A533D0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06582CE1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7FBE5B39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</w:tr>
      <w:tr w:rsidR="000178FD" w:rsidRPr="00ED5E7B" w14:paraId="6D2462A4" w14:textId="77777777">
        <w:tc>
          <w:tcPr>
            <w:tcW w:w="2880" w:type="dxa"/>
          </w:tcPr>
          <w:p w14:paraId="5D8E03B3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[Language]</w:t>
            </w:r>
          </w:p>
        </w:tc>
        <w:tc>
          <w:tcPr>
            <w:tcW w:w="2160" w:type="dxa"/>
          </w:tcPr>
          <w:p w14:paraId="2C30D6FA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68B3EC5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  <w:tc>
          <w:tcPr>
            <w:tcW w:w="2160" w:type="dxa"/>
          </w:tcPr>
          <w:p w14:paraId="597EB64C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[Level]</w:t>
            </w:r>
          </w:p>
        </w:tc>
      </w:tr>
    </w:tbl>
    <w:p w14:paraId="27E91009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6. Adequacy for the assignment</w:t>
      </w:r>
    </w:p>
    <w:p w14:paraId="3318F6D2" w14:textId="77777777" w:rsidR="000178FD" w:rsidRPr="00ED5E7B" w:rsidRDefault="00000000">
      <w:pPr>
        <w:rPr>
          <w:rFonts w:ascii="Aptos" w:hAnsi="Aptos"/>
          <w:color w:val="000000" w:themeColor="text1"/>
          <w:sz w:val="18"/>
          <w:szCs w:val="20"/>
        </w:rPr>
      </w:pPr>
      <w:r w:rsidRPr="00ED5E7B">
        <w:rPr>
          <w:rFonts w:ascii="Aptos" w:hAnsi="Aptos"/>
          <w:i/>
          <w:color w:val="000000" w:themeColor="text1"/>
          <w:sz w:val="16"/>
          <w:szCs w:val="20"/>
        </w:rPr>
        <w:t>List each task or deliverable assigned to the expert, then cite the prior work that best demonstrates the capacity to perform it.</w:t>
      </w:r>
    </w:p>
    <w:tbl>
      <w:tblPr>
        <w:tblW w:w="9349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9349"/>
      </w:tblGrid>
      <w:tr w:rsidR="00ED5E7B" w:rsidRPr="00ED5E7B" w14:paraId="2348C9E5" w14:textId="77777777" w:rsidTr="00ED5E7B">
        <w:trPr>
          <w:trHeight w:val="226"/>
          <w:tblHeader/>
        </w:trPr>
        <w:tc>
          <w:tcPr>
            <w:tcW w:w="9349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8BD3CB" w14:textId="77777777" w:rsidR="00ED5E7B" w:rsidRPr="00ED5E7B" w:rsidRDefault="00ED5E7B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Prior work or assignments demonstrating capability</w:t>
            </w:r>
          </w:p>
        </w:tc>
      </w:tr>
      <w:tr w:rsidR="00ED5E7B" w:rsidRPr="00ED5E7B" w14:paraId="4F942050" w14:textId="77777777" w:rsidTr="00ED5E7B">
        <w:trPr>
          <w:trHeight w:val="747"/>
        </w:trPr>
        <w:tc>
          <w:tcPr>
            <w:tcW w:w="9349" w:type="dxa"/>
          </w:tcPr>
          <w:p w14:paraId="36E84B51" w14:textId="45AA319E" w:rsidR="00ED5E7B" w:rsidRPr="00ED5E7B" w:rsidRDefault="00ED5E7B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[Assignment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 title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, client, 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scope, 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period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/timeline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, role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 in the assignment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, relevant contribution and result]</w:t>
            </w:r>
          </w:p>
          <w:p w14:paraId="089E2232" w14:textId="77777777" w:rsidR="00ED5E7B" w:rsidRPr="00ED5E7B" w:rsidRDefault="00ED5E7B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35927B62" w14:textId="77777777" w:rsidR="00ED5E7B" w:rsidRPr="00ED5E7B" w:rsidRDefault="00ED5E7B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ED5E7B" w:rsidRPr="00ED5E7B" w14:paraId="7EE81B75" w14:textId="77777777" w:rsidTr="00ED5E7B">
        <w:trPr>
          <w:trHeight w:val="758"/>
        </w:trPr>
        <w:tc>
          <w:tcPr>
            <w:tcW w:w="9349" w:type="dxa"/>
          </w:tcPr>
          <w:p w14:paraId="050F2B75" w14:textId="77777777" w:rsidR="00ED5E7B" w:rsidRPr="00ED5E7B" w:rsidRDefault="00ED5E7B" w:rsidP="00ED5E7B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[Assignment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 title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, client, 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scope, 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period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/timeline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, role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 in the assignment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, relevant contribution and result]</w:t>
            </w:r>
          </w:p>
          <w:p w14:paraId="55D8F2D1" w14:textId="77777777" w:rsidR="00ED5E7B" w:rsidRPr="00ED5E7B" w:rsidRDefault="00ED5E7B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  <w:tr w:rsidR="00ED5E7B" w:rsidRPr="00ED5E7B" w14:paraId="01254E75" w14:textId="77777777" w:rsidTr="00ED5E7B">
        <w:trPr>
          <w:trHeight w:val="747"/>
        </w:trPr>
        <w:tc>
          <w:tcPr>
            <w:tcW w:w="9349" w:type="dxa"/>
          </w:tcPr>
          <w:p w14:paraId="1EEBEE0E" w14:textId="77777777" w:rsidR="00ED5E7B" w:rsidRPr="00ED5E7B" w:rsidRDefault="00ED5E7B" w:rsidP="00ED5E7B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[Assignment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 title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, client, 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scope, 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period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/timeline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, role</w:t>
            </w:r>
            <w:r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 xml:space="preserve"> in the assignment</w:t>
            </w: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, relevant contribution and result]</w:t>
            </w:r>
          </w:p>
          <w:p w14:paraId="5E6088C0" w14:textId="77777777" w:rsidR="00ED5E7B" w:rsidRPr="00ED5E7B" w:rsidRDefault="00ED5E7B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  <w:p w14:paraId="386B22DD" w14:textId="77777777" w:rsidR="00ED5E7B" w:rsidRPr="00ED5E7B" w:rsidRDefault="00ED5E7B">
            <w:pPr>
              <w:spacing w:after="0"/>
              <w:rPr>
                <w:rFonts w:ascii="Aptos" w:hAnsi="Aptos"/>
                <w:color w:val="000000" w:themeColor="text1"/>
                <w:sz w:val="18"/>
                <w:szCs w:val="20"/>
              </w:rPr>
            </w:pPr>
          </w:p>
        </w:tc>
      </w:tr>
    </w:tbl>
    <w:p w14:paraId="50778CB5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7. Expert contact information</w:t>
      </w:r>
    </w:p>
    <w:tbl>
      <w:tblPr>
        <w:tblW w:w="9360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0178FD" w:rsidRPr="00ED5E7B" w14:paraId="0E5383B4" w14:textId="77777777" w:rsidTr="00ED5E7B">
        <w:tc>
          <w:tcPr>
            <w:tcW w:w="27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5DD286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Professional email</w:t>
            </w:r>
          </w:p>
        </w:tc>
        <w:tc>
          <w:tcPr>
            <w:tcW w:w="66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621F31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[Enter email address]</w:t>
            </w:r>
          </w:p>
        </w:tc>
      </w:tr>
      <w:tr w:rsidR="000178FD" w:rsidRPr="00ED5E7B" w14:paraId="3B059B8F" w14:textId="77777777" w:rsidTr="00ED5E7B">
        <w:tc>
          <w:tcPr>
            <w:tcW w:w="27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F04F42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Telephone, including country code</w:t>
            </w:r>
          </w:p>
        </w:tc>
        <w:tc>
          <w:tcPr>
            <w:tcW w:w="66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21D59AB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[Enter telephone number]</w:t>
            </w:r>
          </w:p>
        </w:tc>
      </w:tr>
    </w:tbl>
    <w:p w14:paraId="612D9DC2" w14:textId="77777777" w:rsidR="000178FD" w:rsidRPr="00ED5E7B" w:rsidRDefault="00000000">
      <w:pPr>
        <w:pStyle w:val="Heading1"/>
        <w:rPr>
          <w:rFonts w:ascii="Aptos" w:hAnsi="Aptos"/>
          <w:color w:val="000000" w:themeColor="text1"/>
          <w:sz w:val="24"/>
          <w:szCs w:val="24"/>
        </w:rPr>
      </w:pPr>
      <w:r w:rsidRPr="00ED5E7B">
        <w:rPr>
          <w:rFonts w:ascii="Aptos" w:hAnsi="Aptos"/>
          <w:color w:val="000000" w:themeColor="text1"/>
          <w:sz w:val="24"/>
          <w:szCs w:val="24"/>
        </w:rPr>
        <w:t>8. Certification and signatures</w:t>
      </w:r>
    </w:p>
    <w:tbl>
      <w:tblPr>
        <w:tblW w:w="9360" w:type="dxa"/>
        <w:tblInd w:w="105" w:type="dxa"/>
        <w:tblBorders>
          <w:top w:val="single" w:sz="7" w:space="0" w:color="2F75B5"/>
          <w:left w:val="single" w:sz="7" w:space="0" w:color="2F75B5"/>
          <w:bottom w:val="single" w:sz="7" w:space="0" w:color="2F75B5"/>
          <w:right w:val="single" w:sz="7" w:space="0" w:color="2F75B5"/>
          <w:insideH w:val="single" w:sz="7" w:space="0" w:color="2F75B5"/>
          <w:insideV w:val="single" w:sz="7" w:space="0" w:color="2F75B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178FD" w:rsidRPr="00ED5E7B" w14:paraId="0B871CD7" w14:textId="77777777" w:rsidTr="00ED5E7B">
        <w:tc>
          <w:tcPr>
            <w:tcW w:w="936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E0A0008" w14:textId="77777777" w:rsidR="000178FD" w:rsidRPr="00ED5E7B" w:rsidRDefault="00000000">
            <w:pPr>
              <w:spacing w:after="40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8"/>
                <w:szCs w:val="20"/>
              </w:rPr>
              <w:t>Expert certification</w:t>
            </w:r>
          </w:p>
          <w:p w14:paraId="50B0039A" w14:textId="7796A835" w:rsidR="000178FD" w:rsidRPr="00ED5E7B" w:rsidRDefault="00000000">
            <w:pPr>
              <w:spacing w:after="0" w:line="259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color w:val="000000" w:themeColor="text1"/>
                <w:sz w:val="16"/>
                <w:szCs w:val="20"/>
              </w:rPr>
              <w:t xml:space="preserve">I certify that the information in this CV accurately presents my identity, qualifications and experience. I confirm that I will be available to undertake the assignment if the proposal is successful. I understand that inaccurate or misleading information may result in disqualification, removal from the assignment or other action under the applicable procurement rules. </w:t>
            </w:r>
          </w:p>
        </w:tc>
      </w:tr>
    </w:tbl>
    <w:p w14:paraId="596A1B2D" w14:textId="77777777" w:rsidR="000178FD" w:rsidRPr="00ED5E7B" w:rsidRDefault="000178FD">
      <w:pPr>
        <w:spacing w:after="0"/>
        <w:rPr>
          <w:rFonts w:ascii="Aptos" w:hAnsi="Aptos"/>
          <w:color w:val="000000" w:themeColor="text1"/>
          <w:sz w:val="18"/>
          <w:szCs w:val="20"/>
        </w:rPr>
      </w:pPr>
    </w:p>
    <w:tbl>
      <w:tblPr>
        <w:tblW w:w="9360" w:type="dxa"/>
        <w:tblInd w:w="105" w:type="dxa"/>
        <w:tblBorders>
          <w:top w:val="single" w:sz="5" w:space="0" w:color="AEB8C2"/>
          <w:left w:val="single" w:sz="5" w:space="0" w:color="AEB8C2"/>
          <w:bottom w:val="single" w:sz="5" w:space="0" w:color="AEB8C2"/>
          <w:right w:val="single" w:sz="5" w:space="0" w:color="AEB8C2"/>
          <w:insideH w:val="single" w:sz="5" w:space="0" w:color="AEB8C2"/>
          <w:insideV w:val="single" w:sz="5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3060"/>
        <w:gridCol w:w="2400"/>
      </w:tblGrid>
      <w:tr w:rsidR="000178FD" w:rsidRPr="00ED5E7B" w14:paraId="42B6E40E" w14:textId="77777777" w:rsidTr="00ED5E7B">
        <w:trPr>
          <w:tblHeader/>
        </w:trPr>
        <w:tc>
          <w:tcPr>
            <w:tcW w:w="39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6A17A98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Signatory</w:t>
            </w:r>
          </w:p>
        </w:tc>
        <w:tc>
          <w:tcPr>
            <w:tcW w:w="306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E8EC9E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Signature</w:t>
            </w:r>
          </w:p>
        </w:tc>
        <w:tc>
          <w:tcPr>
            <w:tcW w:w="2400" w:type="dxa"/>
            <w:shd w:val="clear" w:color="auto" w:fill="92D05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1CA233F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tr w:rsidR="000178FD" w:rsidRPr="00ED5E7B" w14:paraId="3B5263DC" w14:textId="77777777">
        <w:tc>
          <w:tcPr>
            <w:tcW w:w="390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D57C174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color w:val="000000" w:themeColor="text1"/>
                <w:sz w:val="16"/>
                <w:szCs w:val="20"/>
              </w:rPr>
              <w:t>Name of expert</w:t>
            </w:r>
            <w:r w:rsidRPr="00ED5E7B">
              <w:rPr>
                <w:rFonts w:ascii="Aptos" w:hAnsi="Aptos"/>
                <w:color w:val="000000" w:themeColor="text1"/>
                <w:sz w:val="16"/>
                <w:szCs w:val="20"/>
              </w:rPr>
              <w:br/>
              <w:t>[Enter full name]</w:t>
            </w:r>
          </w:p>
        </w:tc>
        <w:tc>
          <w:tcPr>
            <w:tcW w:w="30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A58437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[Sign here]</w:t>
            </w:r>
          </w:p>
        </w:tc>
        <w:tc>
          <w:tcPr>
            <w:tcW w:w="240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CDFC3C" w14:textId="77777777" w:rsidR="000178FD" w:rsidRPr="00ED5E7B" w:rsidRDefault="00000000">
            <w:pPr>
              <w:spacing w:after="0" w:line="245" w:lineRule="auto"/>
              <w:rPr>
                <w:rFonts w:ascii="Aptos" w:hAnsi="Aptos"/>
                <w:color w:val="000000" w:themeColor="text1"/>
                <w:sz w:val="18"/>
                <w:szCs w:val="20"/>
              </w:rPr>
            </w:pPr>
            <w:r w:rsidRPr="00ED5E7B">
              <w:rPr>
                <w:rFonts w:ascii="Aptos" w:hAnsi="Aptos"/>
                <w:i/>
                <w:color w:val="000000" w:themeColor="text1"/>
                <w:sz w:val="16"/>
                <w:szCs w:val="20"/>
              </w:rPr>
              <w:t>[DD/MM/YYYY]</w:t>
            </w:r>
          </w:p>
        </w:tc>
      </w:tr>
    </w:tbl>
    <w:p w14:paraId="3ECAAFA0" w14:textId="0113A9EC" w:rsidR="000178FD" w:rsidRPr="00ED5E7B" w:rsidRDefault="000178FD" w:rsidP="00ED5E7B">
      <w:pPr>
        <w:spacing w:before="180" w:after="0"/>
        <w:rPr>
          <w:rFonts w:ascii="Aptos" w:hAnsi="Aptos"/>
          <w:color w:val="000000" w:themeColor="text1"/>
          <w:sz w:val="18"/>
          <w:szCs w:val="20"/>
        </w:rPr>
      </w:pPr>
    </w:p>
    <w:sectPr w:rsidR="000178FD" w:rsidRPr="00ED5E7B" w:rsidSect="00034616">
      <w:headerReference w:type="default" r:id="rId8"/>
      <w:footerReference w:type="default" r:id="rId9"/>
      <w:pgSz w:w="12240" w:h="15840"/>
      <w:pgMar w:top="1037" w:right="1224" w:bottom="965" w:left="1224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87B4F" w14:textId="77777777" w:rsidR="00D20594" w:rsidRDefault="00D20594">
      <w:pPr>
        <w:spacing w:after="0" w:line="240" w:lineRule="auto"/>
      </w:pPr>
      <w:r>
        <w:separator/>
      </w:r>
    </w:p>
  </w:endnote>
  <w:endnote w:type="continuationSeparator" w:id="0">
    <w:p w14:paraId="7FF6CCF2" w14:textId="77777777" w:rsidR="00D20594" w:rsidRDefault="00D2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C588" w14:textId="6D19096D" w:rsidR="000178FD" w:rsidRPr="00ED5E7B" w:rsidRDefault="007471EA">
    <w:pPr>
      <w:pStyle w:val="Footer"/>
      <w:spacing w:line="252" w:lineRule="auto"/>
      <w:jc w:val="center"/>
      <w:rPr>
        <w:color w:val="92D050"/>
      </w:rPr>
    </w:pPr>
    <w:r>
      <w:rPr>
        <w:color w:val="92D050"/>
        <w:sz w:val="16"/>
      </w:rPr>
      <w:t>IACL consultant’s</w:t>
    </w:r>
    <w:r w:rsidR="00000000" w:rsidRPr="00ED5E7B">
      <w:rPr>
        <w:color w:val="92D050"/>
        <w:sz w:val="16"/>
      </w:rPr>
      <w:t xml:space="preserve"> CV</w:t>
    </w:r>
    <w:r>
      <w:rPr>
        <w:color w:val="92D050"/>
        <w:sz w:val="16"/>
      </w:rPr>
      <w:t xml:space="preserve"> template</w:t>
    </w:r>
    <w:r w:rsidR="00000000" w:rsidRPr="00ED5E7B">
      <w:rPr>
        <w:color w:val="92D050"/>
        <w:sz w:val="16"/>
      </w:rPr>
      <w:t xml:space="preserve"> </w:t>
    </w:r>
    <w:proofErr w:type="gramStart"/>
    <w:r w:rsidR="00000000" w:rsidRPr="00ED5E7B">
      <w:rPr>
        <w:color w:val="92D050"/>
        <w:sz w:val="16"/>
      </w:rPr>
      <w:t>|  Page</w:t>
    </w:r>
    <w:proofErr w:type="gramEnd"/>
    <w:r w:rsidR="00000000" w:rsidRPr="00ED5E7B">
      <w:rPr>
        <w:color w:val="92D050"/>
        <w:sz w:val="16"/>
      </w:rPr>
      <w:t xml:space="preserve"> </w:t>
    </w:r>
    <w:r w:rsidR="00000000" w:rsidRPr="00ED5E7B">
      <w:rPr>
        <w:color w:val="92D050"/>
        <w:sz w:val="16"/>
      </w:rPr>
      <w:fldChar w:fldCharType="begin"/>
    </w:r>
    <w:r w:rsidR="00000000" w:rsidRPr="00ED5E7B">
      <w:rPr>
        <w:color w:val="92D050"/>
        <w:sz w:val="16"/>
      </w:rPr>
      <w:instrText>PAGE</w:instrText>
    </w:r>
    <w:r w:rsidR="00ED5E7B" w:rsidRPr="00ED5E7B">
      <w:rPr>
        <w:color w:val="92D050"/>
        <w:sz w:val="16"/>
      </w:rPr>
      <w:fldChar w:fldCharType="separate"/>
    </w:r>
    <w:r w:rsidR="00ED5E7B" w:rsidRPr="00ED5E7B">
      <w:rPr>
        <w:noProof/>
        <w:color w:val="92D050"/>
        <w:sz w:val="16"/>
      </w:rPr>
      <w:t>1</w:t>
    </w:r>
    <w:r w:rsidR="00000000" w:rsidRPr="00ED5E7B">
      <w:rPr>
        <w:color w:val="92D050"/>
        <w:sz w:val="16"/>
      </w:rPr>
      <w:fldChar w:fldCharType="end"/>
    </w:r>
    <w:r w:rsidR="00000000" w:rsidRPr="00ED5E7B">
      <w:rPr>
        <w:color w:val="92D050"/>
        <w:sz w:val="16"/>
      </w:rPr>
      <w:t xml:space="preserve"> of </w:t>
    </w:r>
    <w:r w:rsidR="00000000" w:rsidRPr="00ED5E7B">
      <w:rPr>
        <w:color w:val="92D050"/>
        <w:sz w:val="16"/>
      </w:rPr>
      <w:fldChar w:fldCharType="begin"/>
    </w:r>
    <w:r w:rsidR="00000000" w:rsidRPr="00ED5E7B">
      <w:rPr>
        <w:color w:val="92D050"/>
        <w:sz w:val="16"/>
      </w:rPr>
      <w:instrText>NUMPAGES</w:instrText>
    </w:r>
    <w:r w:rsidR="00ED5E7B" w:rsidRPr="00ED5E7B">
      <w:rPr>
        <w:color w:val="92D050"/>
        <w:sz w:val="16"/>
      </w:rPr>
      <w:fldChar w:fldCharType="separate"/>
    </w:r>
    <w:r w:rsidR="00ED5E7B" w:rsidRPr="00ED5E7B">
      <w:rPr>
        <w:noProof/>
        <w:color w:val="92D050"/>
        <w:sz w:val="16"/>
      </w:rPr>
      <w:t>2</w:t>
    </w:r>
    <w:r w:rsidR="00000000" w:rsidRPr="00ED5E7B">
      <w:rPr>
        <w:color w:val="92D05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130FF" w14:textId="77777777" w:rsidR="00D20594" w:rsidRDefault="00D20594">
      <w:pPr>
        <w:spacing w:after="0" w:line="240" w:lineRule="auto"/>
      </w:pPr>
      <w:r>
        <w:separator/>
      </w:r>
    </w:p>
  </w:footnote>
  <w:footnote w:type="continuationSeparator" w:id="0">
    <w:p w14:paraId="54FF101B" w14:textId="77777777" w:rsidR="00D20594" w:rsidRDefault="00D20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5D76A" w14:textId="0B4D58AB" w:rsidR="000178FD" w:rsidRPr="00ED5E7B" w:rsidRDefault="00000000">
    <w:pPr>
      <w:pStyle w:val="Header"/>
      <w:spacing w:line="252" w:lineRule="auto"/>
      <w:rPr>
        <w:b/>
      </w:rPr>
    </w:pPr>
    <w:r w:rsidRPr="00ED5E7B">
      <w:rPr>
        <w:b/>
        <w:color w:val="92D050"/>
        <w:sz w:val="16"/>
      </w:rPr>
      <w:t xml:space="preserve">CONSULTANT CURRICULUM VITAE </w:t>
    </w:r>
    <w:r w:rsidR="00A43F13">
      <w:rPr>
        <w:b/>
        <w:color w:val="92D050"/>
        <w:sz w:val="16"/>
      </w:rPr>
      <w:t>TEMPLATE</w:t>
    </w:r>
    <w:r w:rsidRPr="00ED5E7B">
      <w:rPr>
        <w:b/>
        <w:color w:val="92D050"/>
        <w:sz w:val="16"/>
      </w:rPr>
      <w:t xml:space="preserve"> </w:t>
    </w:r>
    <w:proofErr w:type="gramStart"/>
    <w:r w:rsidRPr="00ED5E7B">
      <w:rPr>
        <w:b/>
        <w:color w:val="92D050"/>
        <w:sz w:val="16"/>
      </w:rPr>
      <w:t xml:space="preserve">|  </w:t>
    </w:r>
    <w:r w:rsidR="00ED5E7B" w:rsidRPr="00ED5E7B">
      <w:rPr>
        <w:b/>
        <w:color w:val="92D050"/>
        <w:sz w:val="16"/>
      </w:rPr>
      <w:t>Impact</w:t>
    </w:r>
    <w:proofErr w:type="gramEnd"/>
    <w:r w:rsidR="00ED5E7B" w:rsidRPr="00ED5E7B">
      <w:rPr>
        <w:b/>
        <w:color w:val="92D050"/>
        <w:sz w:val="16"/>
      </w:rPr>
      <w:t xml:space="preserve"> Africa Consulting Limited I </w:t>
    </w:r>
    <w:hyperlink r:id="rId1" w:history="1">
      <w:r w:rsidR="00ED5E7B" w:rsidRPr="00ED5E7B">
        <w:rPr>
          <w:rStyle w:val="Hyperlink"/>
          <w:b/>
          <w:sz w:val="16"/>
        </w:rPr>
        <w:t>www.impactingafrica.com</w:t>
      </w:r>
    </w:hyperlink>
    <w:r w:rsidR="00ED5E7B" w:rsidRPr="00ED5E7B">
      <w:rPr>
        <w:b/>
        <w:color w:val="667085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0088746">
    <w:abstractNumId w:val="8"/>
  </w:num>
  <w:num w:numId="2" w16cid:durableId="2131431408">
    <w:abstractNumId w:val="6"/>
  </w:num>
  <w:num w:numId="3" w16cid:durableId="647246356">
    <w:abstractNumId w:val="5"/>
  </w:num>
  <w:num w:numId="4" w16cid:durableId="127431662">
    <w:abstractNumId w:val="4"/>
  </w:num>
  <w:num w:numId="5" w16cid:durableId="1954089753">
    <w:abstractNumId w:val="7"/>
  </w:num>
  <w:num w:numId="6" w16cid:durableId="1210142294">
    <w:abstractNumId w:val="3"/>
  </w:num>
  <w:num w:numId="7" w16cid:durableId="1943295340">
    <w:abstractNumId w:val="2"/>
  </w:num>
  <w:num w:numId="8" w16cid:durableId="1724020978">
    <w:abstractNumId w:val="1"/>
  </w:num>
  <w:num w:numId="9" w16cid:durableId="175073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8FD"/>
    <w:rsid w:val="00034616"/>
    <w:rsid w:val="0006063C"/>
    <w:rsid w:val="0015074B"/>
    <w:rsid w:val="0029639D"/>
    <w:rsid w:val="00326F90"/>
    <w:rsid w:val="007471EA"/>
    <w:rsid w:val="00A43F13"/>
    <w:rsid w:val="00AA1D8D"/>
    <w:rsid w:val="00B47730"/>
    <w:rsid w:val="00CB0664"/>
    <w:rsid w:val="00D20594"/>
    <w:rsid w:val="00ED5E7B"/>
    <w:rsid w:val="00F018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45F43D"/>
  <w14:defaultImageDpi w14:val="300"/>
  <w15:docId w15:val="{82A53199-5655-4482-A8E4-1F95C1A5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E7B"/>
    <w:pPr>
      <w:spacing w:after="80" w:line="252" w:lineRule="auto"/>
    </w:pPr>
    <w:rPr>
      <w:rFonts w:ascii="Arial" w:hAnsi="Arial"/>
      <w:color w:val="20212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D5E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E7B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ED5E7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mpactingafric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Bank Form TECH-6 aligned consultant CV template</vt:lpstr>
    </vt:vector>
  </TitlesOfParts>
  <Manager/>
  <Company/>
  <LinksUpToDate>false</LinksUpToDate>
  <CharactersWithSpaces>3722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Bank Form TECH-6 aligned consultant CV template</dc:title>
  <dc:subject>Editable consultant curriculum vitae working template</dc:subject>
  <dc:creator>Impact Africa Consulting Limited</dc:creator>
  <cp:keywords>World Bank, Form TECH-6, consultant CV, curriculum vitae, proposal</cp:keywords>
  <dc:description>Adapted working template. The exact form issued with an applicable RFP takes precedence.</dc:description>
  <cp:lastModifiedBy>Solomon  Irungu</cp:lastModifiedBy>
  <cp:revision>4</cp:revision>
  <dcterms:created xsi:type="dcterms:W3CDTF">2013-12-23T23:15:00Z</dcterms:created>
  <dcterms:modified xsi:type="dcterms:W3CDTF">2026-09-01T06:12:00Z</dcterms:modified>
  <cp:category/>
</cp:coreProperties>
</file>